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1F3A"/>
          <w:sz w:val="44"/>
        </w:rPr>
        <w:t>PROPOSAL</w:t>
      </w:r>
    </w:p>
    <w:p>
      <w:r>
        <w:t>Your company name · Address · Phone · Email · License #</w:t>
      </w:r>
    </w:p>
    <w:p>
      <w:r>
        <w:t>Proposal #: ______    Date: ______    Valid until: ______</w:t>
      </w:r>
    </w:p>
    <w:p>
      <w:pPr>
        <w:pStyle w:val="Heading2"/>
      </w:pPr>
      <w:r>
        <w:t>Prepared for</w:t>
      </w:r>
    </w:p>
    <w:p>
      <w:r>
        <w:t>Client name</w:t>
        <w:br/>
        <w:t>Job address</w:t>
      </w:r>
    </w:p>
    <w:p>
      <w:pPr>
        <w:pStyle w:val="Heading2"/>
      </w:pPr>
      <w:r>
        <w:t>Project summary</w:t>
      </w:r>
    </w:p>
    <w:p>
      <w:r>
        <w:t>In two or three sentences, what we will build and why.</w:t>
      </w:r>
    </w:p>
    <w:p>
      <w:pPr>
        <w:pStyle w:val="Heading2"/>
      </w:pPr>
      <w:r>
        <w:t>Scope of work</w:t>
      </w:r>
    </w:p>
    <w:p>
      <w:r>
        <w:t>Demolition: …</w:t>
        <w:br/>
        <w:t>Construction: …</w:t>
        <w:br/>
        <w:t>Finishes: …</w:t>
      </w:r>
    </w:p>
    <w:p>
      <w:pPr>
        <w:pStyle w:val="Heading2"/>
      </w:pPr>
      <w:r>
        <w:t>Price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Section</w:t>
            </w:r>
          </w:p>
        </w:tc>
        <w:tc>
          <w:tcPr>
            <w:tcW w:type="dxa" w:w="4320"/>
          </w:tcPr>
          <w:p>
            <w:r>
              <w:t>Price</w:t>
            </w:r>
          </w:p>
        </w:tc>
      </w:tr>
      <w:tr>
        <w:tc>
          <w:tcPr>
            <w:tcW w:type="dxa" w:w="4320"/>
          </w:tcPr>
          <w:p>
            <w:r>
              <w:t>Demolition</w:t>
            </w:r>
          </w:p>
        </w:tc>
        <w:tc>
          <w:tcPr>
            <w:tcW w:type="dxa" w:w="4320"/>
          </w:tcPr>
          <w:p>
            <w:r>
              <w:t>$</w:t>
            </w:r>
          </w:p>
        </w:tc>
      </w:tr>
      <w:tr>
        <w:tc>
          <w:tcPr>
            <w:tcW w:type="dxa" w:w="4320"/>
          </w:tcPr>
          <w:p>
            <w:r>
              <w:t>Construction</w:t>
            </w:r>
          </w:p>
        </w:tc>
        <w:tc>
          <w:tcPr>
            <w:tcW w:type="dxa" w:w="4320"/>
          </w:tcPr>
          <w:p>
            <w:r>
              <w:t>$</w:t>
            </w:r>
          </w:p>
        </w:tc>
      </w:tr>
      <w:tr>
        <w:tc>
          <w:tcPr>
            <w:tcW w:type="dxa" w:w="4320"/>
          </w:tcPr>
          <w:p>
            <w:r>
              <w:t>Finishes</w:t>
            </w:r>
          </w:p>
        </w:tc>
        <w:tc>
          <w:tcPr>
            <w:tcW w:type="dxa" w:w="4320"/>
          </w:tcPr>
          <w:p>
            <w:r>
              <w:t>$</w:t>
            </w:r>
          </w:p>
        </w:tc>
      </w:tr>
      <w:tr>
        <w:tc>
          <w:tcPr>
            <w:tcW w:type="dxa" w:w="4320"/>
          </w:tcPr>
          <w:p>
            <w:r>
              <w:t>Allowances</w:t>
            </w:r>
          </w:p>
        </w:tc>
        <w:tc>
          <w:tcPr>
            <w:tcW w:type="dxa" w:w="4320"/>
          </w:tcPr>
          <w:p>
            <w:r>
              <w:t>$</w:t>
            </w:r>
          </w:p>
        </w:tc>
      </w:tr>
      <w:tr>
        <w:tc>
          <w:tcPr>
            <w:tcW w:type="dxa" w:w="4320"/>
          </w:tcPr>
          <w:p>
            <w:r>
              <w:t>Contract total</w:t>
            </w:r>
          </w:p>
        </w:tc>
        <w:tc>
          <w:tcPr>
            <w:tcW w:type="dxa" w:w="4320"/>
          </w:tcPr>
          <w:p>
            <w:r>
              <w:t>$</w:t>
            </w:r>
          </w:p>
        </w:tc>
      </w:tr>
    </w:tbl>
    <w:p>
      <w:pPr>
        <w:pStyle w:val="Heading2"/>
      </w:pPr>
      <w:r>
        <w:t>Allowances</w:t>
      </w:r>
    </w:p>
    <w:p>
      <w:r>
        <w:t>Fixtures: $____   Tile: $____   Appliances: $____. Selections over or under the allowance are adjusted by change order.</w:t>
      </w:r>
    </w:p>
    <w:p>
      <w:pPr>
        <w:pStyle w:val="Heading2"/>
      </w:pPr>
      <w:r>
        <w:t>Exclusions</w:t>
      </w:r>
    </w:p>
    <w:p>
      <w:r>
        <w:t>Permits and engineering unless listed. Hazardous materials. Work by others. Moving furniture.</w:t>
      </w:r>
    </w:p>
    <w:p>
      <w:pPr>
        <w:pStyle w:val="Heading2"/>
      </w:pPr>
      <w:r>
        <w:t>Schedule</w:t>
      </w:r>
    </w:p>
    <w:p>
      <w:r>
        <w:t>Expected start: ________. Expected length: ____ weeks.</w:t>
      </w:r>
    </w:p>
    <w:p>
      <w:pPr>
        <w:pStyle w:val="Heading2"/>
      </w:pPr>
      <w:r>
        <w:t>Payment schedule</w:t>
      </w:r>
    </w:p>
    <w:p>
      <w:r>
        <w:t>____% at signing · ____% at ________ · ____% at completion.</w:t>
      </w:r>
    </w:p>
    <w:p>
      <w:pPr>
        <w:pStyle w:val="Heading2"/>
      </w:pPr>
      <w:r>
        <w:t>Terms</w:t>
      </w:r>
    </w:p>
    <w:p>
      <w:r>
        <w:t>Changes to the scope are made by signed change order. Warranty: ____ year(s) on workmanship. The site is cleaned daily and at completion.</w:t>
      </w:r>
    </w:p>
    <w:p>
      <w:pPr>
        <w:pStyle w:val="Heading2"/>
      </w:pPr>
      <w:r>
        <w:t>Acceptance</w:t>
      </w:r>
    </w:p>
    <w:p>
      <w:r>
        <w:t>Client: ______________________  Date: ______</w:t>
        <w:br/>
        <w:br/>
        <w:t>Contractor: ______________________  Date: ______</w:t>
      </w:r>
    </w:p>
    <w:p>
      <w:r>
        <w:rPr>
          <w:sz w:val="16"/>
        </w:rPr>
        <w:t>Free template from LaraKey · larakey.com/free-tools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